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0914" w14:textId="77777777" w:rsidR="00E57151" w:rsidRDefault="00E57151">
      <w:pPr>
        <w:pStyle w:val="Heading1"/>
      </w:pPr>
    </w:p>
    <w:p w14:paraId="2D83526D" w14:textId="77777777" w:rsidR="00E57151" w:rsidRDefault="00E57151">
      <w:pPr>
        <w:pStyle w:val="Heading1"/>
      </w:pPr>
    </w:p>
    <w:p w14:paraId="7E5D7A0A" w14:textId="4BB302E8" w:rsidR="00F962C7" w:rsidRDefault="005479B8">
      <w:pPr>
        <w:pStyle w:val="Heading1"/>
      </w:pPr>
      <w:bookmarkStart w:id="0" w:name="_Hlk218259561"/>
      <w:r>
        <w:t>Standing Settlement Instructions (SSI)</w:t>
      </w:r>
    </w:p>
    <w:p w14:paraId="631FD8CD" w14:textId="77777777" w:rsidR="00F962C7" w:rsidRDefault="005479B8">
      <w:pPr>
        <w:pStyle w:val="Heading2"/>
      </w:pPr>
      <w:r>
        <w:t>Entity Name:</w:t>
      </w:r>
    </w:p>
    <w:p w14:paraId="73F9C3BA" w14:textId="77777777" w:rsidR="00F962C7" w:rsidRDefault="005479B8">
      <w:pPr>
        <w:pStyle w:val="Heading2"/>
      </w:pPr>
      <w:r>
        <w:t>Entity Address:</w:t>
      </w:r>
    </w:p>
    <w:p w14:paraId="78E9F5CC" w14:textId="77777777" w:rsidR="00F962C7" w:rsidRDefault="005479B8">
      <w:pPr>
        <w:pStyle w:val="Heading2"/>
      </w:pPr>
      <w:r>
        <w:t>Contact Information:</w:t>
      </w:r>
    </w:p>
    <w:p w14:paraId="57F66B9E" w14:textId="3EB259DA" w:rsidR="005008E2" w:rsidRDefault="005479B8">
      <w:r>
        <w:rPr>
          <w:b/>
        </w:rPr>
        <w:t xml:space="preserve">Phone: </w:t>
      </w:r>
      <w:r w:rsidR="005008E2">
        <w:rPr>
          <w:b/>
        </w:rPr>
        <w:tab/>
      </w:r>
      <w:r>
        <w:br/>
      </w:r>
      <w:r>
        <w:rPr>
          <w:b/>
        </w:rPr>
        <w:t xml:space="preserve">Email: </w:t>
      </w:r>
      <w:r w:rsidR="005008E2">
        <w:rPr>
          <w:b/>
        </w:rPr>
        <w:tab/>
      </w:r>
      <w:r w:rsidR="005008E2">
        <w:rPr>
          <w:b/>
        </w:rPr>
        <w:tab/>
      </w:r>
    </w:p>
    <w:p w14:paraId="656A9E66" w14:textId="77777777" w:rsidR="00F962C7" w:rsidRDefault="005479B8">
      <w:pPr>
        <w:pStyle w:val="Heading2"/>
      </w:pPr>
      <w:r>
        <w:t>Bank Details for Settlement:</w:t>
      </w:r>
    </w:p>
    <w:p w14:paraId="28442F84" w14:textId="36FAACAC" w:rsidR="00E57151" w:rsidRDefault="005479B8">
      <w:pPr>
        <w:rPr>
          <w:b/>
        </w:rPr>
      </w:pPr>
      <w:r>
        <w:rPr>
          <w:b/>
        </w:rPr>
        <w:t>Bank Name:</w:t>
      </w:r>
      <w:r w:rsidR="005008E2">
        <w:rPr>
          <w:b/>
        </w:rPr>
        <w:tab/>
      </w:r>
      <w:r w:rsidR="005008E2">
        <w:rPr>
          <w:b/>
        </w:rPr>
        <w:tab/>
      </w:r>
      <w:r w:rsidR="005008E2">
        <w:rPr>
          <w:b/>
        </w:rPr>
        <w:tab/>
      </w:r>
      <w:r>
        <w:br/>
      </w:r>
      <w:proofErr w:type="spellStart"/>
      <w:r>
        <w:rPr>
          <w:b/>
        </w:rPr>
        <w:t>Bank</w:t>
      </w:r>
      <w:proofErr w:type="spellEnd"/>
      <w:r>
        <w:rPr>
          <w:b/>
        </w:rPr>
        <w:t xml:space="preserve"> Address:</w:t>
      </w:r>
      <w:r w:rsidR="005008E2">
        <w:rPr>
          <w:b/>
        </w:rPr>
        <w:tab/>
      </w:r>
      <w:r w:rsidR="005008E2">
        <w:rPr>
          <w:b/>
        </w:rPr>
        <w:tab/>
      </w:r>
      <w:r>
        <w:br/>
      </w:r>
      <w:r>
        <w:rPr>
          <w:b/>
        </w:rPr>
        <w:t xml:space="preserve">Account Name: </w:t>
      </w:r>
      <w:r w:rsidR="005008E2">
        <w:rPr>
          <w:b/>
        </w:rPr>
        <w:tab/>
      </w:r>
      <w:r w:rsidR="005008E2">
        <w:rPr>
          <w:b/>
        </w:rPr>
        <w:tab/>
      </w:r>
      <w:r>
        <w:br/>
      </w:r>
      <w:r>
        <w:rPr>
          <w:b/>
        </w:rPr>
        <w:t>Account Number</w:t>
      </w:r>
      <w:r w:rsidR="009556E0">
        <w:rPr>
          <w:b/>
        </w:rPr>
        <w:t xml:space="preserve"> USD</w:t>
      </w:r>
      <w:r>
        <w:rPr>
          <w:b/>
        </w:rPr>
        <w:t xml:space="preserve">: </w:t>
      </w:r>
      <w:r w:rsidR="005008E2">
        <w:rPr>
          <w:b/>
        </w:rPr>
        <w:tab/>
      </w:r>
      <w:r>
        <w:br/>
      </w:r>
      <w:r>
        <w:rPr>
          <w:b/>
        </w:rPr>
        <w:t xml:space="preserve">SWIFT/BIC: </w:t>
      </w:r>
      <w:r w:rsidR="005008E2">
        <w:rPr>
          <w:b/>
        </w:rPr>
        <w:tab/>
      </w:r>
      <w:r w:rsidR="005008E2">
        <w:rPr>
          <w:b/>
        </w:rPr>
        <w:tab/>
      </w:r>
      <w:r w:rsidR="005008E2">
        <w:rPr>
          <w:b/>
        </w:rPr>
        <w:tab/>
      </w:r>
      <w:r>
        <w:br/>
      </w:r>
      <w:r>
        <w:rPr>
          <w:b/>
        </w:rPr>
        <w:t>IBAN</w:t>
      </w:r>
      <w:r w:rsidR="009556E0">
        <w:rPr>
          <w:b/>
        </w:rPr>
        <w:t xml:space="preserve"> USD</w:t>
      </w:r>
      <w:r>
        <w:rPr>
          <w:b/>
        </w:rPr>
        <w:t xml:space="preserve"> (if applicable): </w:t>
      </w:r>
      <w:r w:rsidR="005008E2">
        <w:rPr>
          <w:b/>
        </w:rPr>
        <w:tab/>
      </w:r>
      <w:r>
        <w:br/>
      </w:r>
      <w:r>
        <w:rPr>
          <w:b/>
        </w:rPr>
        <w:t xml:space="preserve">Routing Number (for US): </w:t>
      </w:r>
      <w:r w:rsidR="005008E2">
        <w:rPr>
          <w:b/>
        </w:rPr>
        <w:tab/>
      </w:r>
    </w:p>
    <w:p w14:paraId="0179FB6B" w14:textId="5B2DE51F" w:rsidR="009556E0" w:rsidRPr="009556E0" w:rsidRDefault="009556E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AA9357" w14:textId="77777777" w:rsidR="00F962C7" w:rsidRDefault="005479B8">
      <w:pPr>
        <w:pStyle w:val="Heading2"/>
      </w:pPr>
      <w:r>
        <w:t>Additional Instructions (if any):</w:t>
      </w:r>
    </w:p>
    <w:p w14:paraId="64E320B5" w14:textId="77777777" w:rsidR="00F962C7" w:rsidRDefault="005479B8">
      <w:r>
        <w:t>[Any other instructions or details relevant to the settlement]</w:t>
      </w:r>
    </w:p>
    <w:p w14:paraId="7C2E38DF" w14:textId="4024F690" w:rsidR="005008E2" w:rsidRDefault="005479B8" w:rsidP="005008E2">
      <w:r>
        <w:rPr>
          <w:b/>
        </w:rPr>
        <w:t xml:space="preserve">Effective Date: </w:t>
      </w:r>
      <w:r w:rsidR="005008E2">
        <w:rPr>
          <w:b/>
        </w:rPr>
        <w:tab/>
      </w:r>
      <w:r w:rsidR="005008E2">
        <w:rPr>
          <w:b/>
        </w:rPr>
        <w:tab/>
      </w:r>
      <w:r>
        <w:br/>
      </w:r>
      <w:r>
        <w:rPr>
          <w:b/>
        </w:rPr>
        <w:t xml:space="preserve">Date of Issue: </w:t>
      </w:r>
      <w:r w:rsidR="005008E2">
        <w:rPr>
          <w:b/>
        </w:rPr>
        <w:tab/>
      </w:r>
      <w:r w:rsidR="005008E2">
        <w:rPr>
          <w:b/>
        </w:rPr>
        <w:tab/>
      </w:r>
      <w:r w:rsidR="00034DCE">
        <w:rPr>
          <w:b/>
        </w:rPr>
        <w:tab/>
      </w:r>
    </w:p>
    <w:p w14:paraId="451176C3" w14:textId="77777777" w:rsidR="005008E2" w:rsidRDefault="005008E2"/>
    <w:p w14:paraId="3019DC49" w14:textId="77777777" w:rsidR="00F962C7" w:rsidRDefault="005479B8">
      <w:pPr>
        <w:pStyle w:val="Heading2"/>
      </w:pPr>
      <w:r>
        <w:t>Authorized Signature:</w:t>
      </w:r>
    </w:p>
    <w:p w14:paraId="6B24B741" w14:textId="0DB6D23B" w:rsidR="00F962C7" w:rsidRDefault="005479B8">
      <w:r>
        <w:rPr>
          <w:b/>
        </w:rPr>
        <w:t xml:space="preserve">Name: </w:t>
      </w:r>
      <w:r w:rsidR="005008E2">
        <w:rPr>
          <w:b/>
        </w:rPr>
        <w:tab/>
      </w:r>
      <w:r w:rsidR="005008E2">
        <w:rPr>
          <w:b/>
        </w:rPr>
        <w:tab/>
      </w:r>
      <w:r>
        <w:br/>
      </w:r>
      <w:r>
        <w:rPr>
          <w:b/>
        </w:rPr>
        <w:t xml:space="preserve">Position: </w:t>
      </w:r>
      <w:r w:rsidR="005008E2">
        <w:rPr>
          <w:b/>
        </w:rPr>
        <w:tab/>
      </w:r>
      <w:r>
        <w:br/>
      </w:r>
      <w:r>
        <w:rPr>
          <w:b/>
        </w:rPr>
        <w:t xml:space="preserve">Signature: </w:t>
      </w:r>
      <w:r w:rsidR="005008E2">
        <w:rPr>
          <w:b/>
        </w:rPr>
        <w:tab/>
      </w:r>
      <w:r>
        <w:br/>
      </w:r>
      <w:r>
        <w:rPr>
          <w:b/>
        </w:rPr>
        <w:t xml:space="preserve">Date: </w:t>
      </w:r>
      <w:r w:rsidR="005008E2">
        <w:rPr>
          <w:b/>
        </w:rPr>
        <w:tab/>
      </w:r>
      <w:r w:rsidR="005008E2">
        <w:rPr>
          <w:b/>
        </w:rPr>
        <w:tab/>
      </w:r>
      <w:bookmarkEnd w:id="0"/>
    </w:p>
    <w:sectPr w:rsidR="00F962C7" w:rsidSect="00D623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B27DD" w14:textId="77777777" w:rsidR="00DD456C" w:rsidRDefault="00DD456C" w:rsidP="005008E2">
      <w:pPr>
        <w:spacing w:after="0" w:line="240" w:lineRule="auto"/>
      </w:pPr>
      <w:r>
        <w:separator/>
      </w:r>
    </w:p>
  </w:endnote>
  <w:endnote w:type="continuationSeparator" w:id="0">
    <w:p w14:paraId="7E69CE8C" w14:textId="77777777" w:rsidR="00DD456C" w:rsidRDefault="00DD456C" w:rsidP="005008E2">
      <w:pPr>
        <w:spacing w:after="0" w:line="240" w:lineRule="auto"/>
      </w:pPr>
      <w:r>
        <w:continuationSeparator/>
      </w:r>
    </w:p>
  </w:endnote>
  <w:endnote w:type="continuationNotice" w:id="1">
    <w:p w14:paraId="10A73203" w14:textId="77777777" w:rsidR="00DD456C" w:rsidRDefault="00DD45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B4A67" w14:textId="77777777" w:rsidR="00DD456C" w:rsidRDefault="00DD456C" w:rsidP="005008E2">
      <w:pPr>
        <w:spacing w:after="0" w:line="240" w:lineRule="auto"/>
      </w:pPr>
      <w:r>
        <w:separator/>
      </w:r>
    </w:p>
  </w:footnote>
  <w:footnote w:type="continuationSeparator" w:id="0">
    <w:p w14:paraId="6EE6DB50" w14:textId="77777777" w:rsidR="00DD456C" w:rsidRDefault="00DD456C" w:rsidP="005008E2">
      <w:pPr>
        <w:spacing w:after="0" w:line="240" w:lineRule="auto"/>
      </w:pPr>
      <w:r>
        <w:continuationSeparator/>
      </w:r>
    </w:p>
  </w:footnote>
  <w:footnote w:type="continuationNotice" w:id="1">
    <w:p w14:paraId="1147F76A" w14:textId="77777777" w:rsidR="00DD456C" w:rsidRDefault="00DD45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5172750">
    <w:abstractNumId w:val="8"/>
  </w:num>
  <w:num w:numId="2" w16cid:durableId="2018266445">
    <w:abstractNumId w:val="6"/>
  </w:num>
  <w:num w:numId="3" w16cid:durableId="1498184747">
    <w:abstractNumId w:val="5"/>
  </w:num>
  <w:num w:numId="4" w16cid:durableId="593366940">
    <w:abstractNumId w:val="4"/>
  </w:num>
  <w:num w:numId="5" w16cid:durableId="479925073">
    <w:abstractNumId w:val="7"/>
  </w:num>
  <w:num w:numId="6" w16cid:durableId="995105721">
    <w:abstractNumId w:val="3"/>
  </w:num>
  <w:num w:numId="7" w16cid:durableId="642656796">
    <w:abstractNumId w:val="2"/>
  </w:num>
  <w:num w:numId="8" w16cid:durableId="1307080454">
    <w:abstractNumId w:val="1"/>
  </w:num>
  <w:num w:numId="9" w16cid:durableId="992561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792"/>
    <w:rsid w:val="00026288"/>
    <w:rsid w:val="00034616"/>
    <w:rsid w:val="00034DCE"/>
    <w:rsid w:val="0006063C"/>
    <w:rsid w:val="00117B71"/>
    <w:rsid w:val="0015074B"/>
    <w:rsid w:val="001F0FE4"/>
    <w:rsid w:val="002519D8"/>
    <w:rsid w:val="0029639D"/>
    <w:rsid w:val="00326F90"/>
    <w:rsid w:val="003276DE"/>
    <w:rsid w:val="004931F9"/>
    <w:rsid w:val="004B439A"/>
    <w:rsid w:val="005008E2"/>
    <w:rsid w:val="005479B8"/>
    <w:rsid w:val="005805F2"/>
    <w:rsid w:val="005D767E"/>
    <w:rsid w:val="006053A4"/>
    <w:rsid w:val="00621407"/>
    <w:rsid w:val="006D2307"/>
    <w:rsid w:val="0074329D"/>
    <w:rsid w:val="0082751E"/>
    <w:rsid w:val="00854CAF"/>
    <w:rsid w:val="0088394E"/>
    <w:rsid w:val="008F23F2"/>
    <w:rsid w:val="00920EE2"/>
    <w:rsid w:val="009556E0"/>
    <w:rsid w:val="009E7ADF"/>
    <w:rsid w:val="00A87AE7"/>
    <w:rsid w:val="00AA1D8D"/>
    <w:rsid w:val="00AC35D7"/>
    <w:rsid w:val="00B42641"/>
    <w:rsid w:val="00B47730"/>
    <w:rsid w:val="00B6339C"/>
    <w:rsid w:val="00B74441"/>
    <w:rsid w:val="00CB0664"/>
    <w:rsid w:val="00D06170"/>
    <w:rsid w:val="00D2124C"/>
    <w:rsid w:val="00D2419C"/>
    <w:rsid w:val="00D623EB"/>
    <w:rsid w:val="00D95508"/>
    <w:rsid w:val="00DD456C"/>
    <w:rsid w:val="00DF11E7"/>
    <w:rsid w:val="00E1259A"/>
    <w:rsid w:val="00E57151"/>
    <w:rsid w:val="00E60A93"/>
    <w:rsid w:val="00EE7112"/>
    <w:rsid w:val="00F962C7"/>
    <w:rsid w:val="00FC693F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C46DE7"/>
  <w14:defaultImageDpi w14:val="300"/>
  <w15:docId w15:val="{62A4DB05-EB92-4018-9E9B-6049D236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Fixing 2</cp:lastModifiedBy>
  <cp:revision>2</cp:revision>
  <cp:lastPrinted>2026-01-02T11:23:00Z</cp:lastPrinted>
  <dcterms:created xsi:type="dcterms:W3CDTF">2026-08-17T09:22:00Z</dcterms:created>
  <dcterms:modified xsi:type="dcterms:W3CDTF">2026-08-17T09:22:00Z</dcterms:modified>
  <cp:category/>
</cp:coreProperties>
</file>